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DA4C2" w14:textId="499C7E9D" w:rsidR="009E4F85" w:rsidRPr="00233747" w:rsidRDefault="009E4F85" w:rsidP="009E4F85">
      <w:pPr>
        <w:rPr>
          <w:rFonts w:ascii="Arial" w:hAnsi="Arial" w:cs="Arial"/>
          <w:b/>
          <w:bCs/>
          <w:lang w:val="sl-SI"/>
        </w:rPr>
      </w:pPr>
      <w:r w:rsidRPr="00233747">
        <w:rPr>
          <w:rFonts w:ascii="Arial" w:hAnsi="Arial" w:cs="Arial"/>
          <w:b/>
          <w:bCs/>
          <w:noProof/>
          <w:lang w:val="sl-SI"/>
        </w:rPr>
        <w:drawing>
          <wp:inline distT="0" distB="0" distL="0" distR="0" wp14:anchorId="13B23C28" wp14:editId="5FA7DE7A">
            <wp:extent cx="2120900" cy="1193007"/>
            <wp:effectExtent l="0" t="0" r="0" b="0"/>
            <wp:docPr id="1365055946" name="Graf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055946" name="Grafika 1365055946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6741" cy="119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EB694" w14:textId="2F302705" w:rsidR="009E4F85" w:rsidRPr="00233747" w:rsidRDefault="009E4F85" w:rsidP="009E4F85">
      <w:pPr>
        <w:rPr>
          <w:rFonts w:ascii="Arial" w:hAnsi="Arial" w:cs="Arial"/>
          <w:b/>
          <w:bCs/>
          <w:sz w:val="28"/>
          <w:szCs w:val="28"/>
          <w:lang w:val="sl-SI"/>
        </w:rPr>
      </w:pPr>
      <w:r w:rsidRPr="00233747">
        <w:rPr>
          <w:rFonts w:ascii="Arial" w:hAnsi="Arial" w:cs="Arial"/>
          <w:b/>
          <w:bCs/>
          <w:sz w:val="28"/>
          <w:szCs w:val="28"/>
          <w:lang w:val="sl-SI"/>
        </w:rPr>
        <w:t xml:space="preserve">Poročilo o izvedenem projektu – </w:t>
      </w:r>
      <w:r w:rsidRPr="00233747">
        <w:rPr>
          <w:rFonts w:ascii="Arial" w:hAnsi="Arial" w:cs="Arial"/>
          <w:b/>
          <w:bCs/>
          <w:sz w:val="28"/>
          <w:szCs w:val="28"/>
        </w:rPr>
        <w:t>Music Sloveni</w:t>
      </w:r>
      <w:r w:rsidR="00B77C46" w:rsidRPr="00233747">
        <w:rPr>
          <w:rFonts w:ascii="Arial" w:hAnsi="Arial" w:cs="Arial"/>
          <w:b/>
          <w:bCs/>
          <w:sz w:val="28"/>
          <w:szCs w:val="28"/>
        </w:rPr>
        <w:t>a</w:t>
      </w:r>
    </w:p>
    <w:p w14:paraId="1D0F0D2E" w14:textId="1C7B1172" w:rsidR="009E4F85" w:rsidRPr="00233747" w:rsidRDefault="009E4F85" w:rsidP="00F45D36">
      <w:pPr>
        <w:spacing w:after="0"/>
        <w:rPr>
          <w:rFonts w:ascii="Arial" w:hAnsi="Arial" w:cs="Arial"/>
          <w:b/>
          <w:bCs/>
          <w:sz w:val="24"/>
          <w:szCs w:val="24"/>
          <w:lang w:val="sl-SI"/>
        </w:rPr>
      </w:pPr>
      <w:r w:rsidRPr="00233747">
        <w:rPr>
          <w:rFonts w:ascii="Arial" w:hAnsi="Arial" w:cs="Arial"/>
          <w:b/>
          <w:bCs/>
          <w:sz w:val="24"/>
          <w:szCs w:val="24"/>
          <w:lang w:val="sl-SI"/>
        </w:rPr>
        <w:t>1.</w:t>
      </w:r>
      <w:r w:rsidR="00F45D36" w:rsidRPr="00233747">
        <w:rPr>
          <w:rFonts w:ascii="Arial" w:hAnsi="Arial" w:cs="Arial"/>
          <w:b/>
          <w:bCs/>
          <w:sz w:val="24"/>
          <w:szCs w:val="24"/>
          <w:lang w:val="sl-SI"/>
        </w:rPr>
        <w:t xml:space="preserve"> </w:t>
      </w:r>
      <w:r w:rsidRPr="00233747">
        <w:rPr>
          <w:rFonts w:ascii="Arial" w:hAnsi="Arial" w:cs="Arial"/>
          <w:b/>
          <w:bCs/>
          <w:sz w:val="24"/>
          <w:szCs w:val="24"/>
          <w:lang w:val="sl-SI"/>
        </w:rPr>
        <w:t xml:space="preserve">Osnovni podatki o prejemniku </w:t>
      </w:r>
    </w:p>
    <w:p w14:paraId="65796724" w14:textId="77777777" w:rsidR="009E4F85" w:rsidRPr="00233747" w:rsidRDefault="009E4F85" w:rsidP="00F45D36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Ime izvajalca / skupine: </w:t>
      </w:r>
    </w:p>
    <w:p w14:paraId="7D76AA37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Kontaktna oseba: </w:t>
      </w:r>
    </w:p>
    <w:p w14:paraId="4C6CED86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Elektronski naslov: </w:t>
      </w:r>
    </w:p>
    <w:p w14:paraId="09E11D1A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Telefonska številka: </w:t>
      </w:r>
    </w:p>
    <w:p w14:paraId="1C2625BF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Davčna številka: </w:t>
      </w:r>
    </w:p>
    <w:p w14:paraId="7E82C5CF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>Naslov:</w:t>
      </w:r>
    </w:p>
    <w:p w14:paraId="785AFF03" w14:textId="77777777" w:rsidR="005A5D25" w:rsidRPr="00233747" w:rsidRDefault="005A5D25" w:rsidP="009E4F85">
      <w:pPr>
        <w:spacing w:after="0"/>
        <w:rPr>
          <w:rFonts w:ascii="Arial" w:hAnsi="Arial" w:cs="Arial"/>
          <w:lang w:val="sl-SI"/>
        </w:rPr>
      </w:pPr>
    </w:p>
    <w:p w14:paraId="5B243F8D" w14:textId="262287F9" w:rsidR="009E4F85" w:rsidRPr="00233747" w:rsidRDefault="009E4F85" w:rsidP="00F45D36">
      <w:pPr>
        <w:spacing w:after="0"/>
        <w:rPr>
          <w:rFonts w:ascii="Arial" w:hAnsi="Arial" w:cs="Arial"/>
          <w:b/>
          <w:bCs/>
          <w:sz w:val="24"/>
          <w:szCs w:val="24"/>
          <w:lang w:val="sl-SI"/>
        </w:rPr>
      </w:pPr>
      <w:bookmarkStart w:id="0" w:name="_Hlk213249682"/>
      <w:r w:rsidRPr="00233747">
        <w:rPr>
          <w:rFonts w:ascii="Arial" w:hAnsi="Arial" w:cs="Arial"/>
          <w:b/>
          <w:bCs/>
          <w:sz w:val="24"/>
          <w:szCs w:val="24"/>
          <w:lang w:val="sl-SI"/>
        </w:rPr>
        <w:t xml:space="preserve">2. Osnovni podatki o </w:t>
      </w:r>
      <w:r w:rsidR="00610C68" w:rsidRPr="00233747">
        <w:rPr>
          <w:rFonts w:ascii="Arial" w:hAnsi="Arial" w:cs="Arial"/>
          <w:b/>
          <w:bCs/>
          <w:sz w:val="24"/>
          <w:szCs w:val="24"/>
          <w:lang w:val="sl-SI"/>
        </w:rPr>
        <w:t xml:space="preserve">izvedenem </w:t>
      </w:r>
      <w:r w:rsidRPr="00233747">
        <w:rPr>
          <w:rFonts w:ascii="Arial" w:hAnsi="Arial" w:cs="Arial"/>
          <w:b/>
          <w:bCs/>
          <w:sz w:val="24"/>
          <w:szCs w:val="24"/>
          <w:lang w:val="sl-SI"/>
        </w:rPr>
        <w:t>projektu</w:t>
      </w:r>
    </w:p>
    <w:bookmarkEnd w:id="0"/>
    <w:p w14:paraId="18A6DC44" w14:textId="33A50621" w:rsidR="009E4F85" w:rsidRPr="00233747" w:rsidRDefault="009E4F85" w:rsidP="00F45D36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>Naslov projekta / turneje / nastopa</w:t>
      </w:r>
      <w:r w:rsidR="001C3F72" w:rsidRPr="00233747">
        <w:rPr>
          <w:rFonts w:ascii="Arial" w:hAnsi="Arial" w:cs="Arial"/>
          <w:lang w:val="sl-SI"/>
        </w:rPr>
        <w:t xml:space="preserve"> / udeležbe</w:t>
      </w:r>
      <w:r w:rsidRPr="00233747">
        <w:rPr>
          <w:rFonts w:ascii="Arial" w:hAnsi="Arial" w:cs="Arial"/>
          <w:lang w:val="sl-SI"/>
        </w:rPr>
        <w:t xml:space="preserve">: </w:t>
      </w:r>
    </w:p>
    <w:p w14:paraId="545CE096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Kraj(e) izvedbe: </w:t>
      </w:r>
    </w:p>
    <w:p w14:paraId="0A20CA10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Država(e): </w:t>
      </w:r>
    </w:p>
    <w:p w14:paraId="26F48D0C" w14:textId="77777777" w:rsidR="009E4F85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Datumi izvedbe: </w:t>
      </w:r>
    </w:p>
    <w:p w14:paraId="3CDCABA7" w14:textId="3610A161" w:rsidR="000B42B2" w:rsidRPr="00233747" w:rsidRDefault="009E4F85" w:rsidP="009E4F85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>Kratek opis izvedenega projekta</w:t>
      </w:r>
      <w:r w:rsidR="00273CEE" w:rsidRPr="00233747">
        <w:rPr>
          <w:rFonts w:ascii="Arial" w:hAnsi="Arial" w:cs="Arial"/>
          <w:lang w:val="sl-SI"/>
        </w:rPr>
        <w:t>:</w:t>
      </w:r>
    </w:p>
    <w:p w14:paraId="5CCF907D" w14:textId="77777777" w:rsidR="000B42B2" w:rsidRPr="00233747" w:rsidRDefault="000B42B2" w:rsidP="009E4F85">
      <w:pPr>
        <w:spacing w:after="0"/>
        <w:rPr>
          <w:rFonts w:ascii="Arial" w:hAnsi="Arial" w:cs="Arial"/>
          <w:lang w:val="sl-SI"/>
        </w:rPr>
      </w:pPr>
    </w:p>
    <w:tbl>
      <w:tblPr>
        <w:tblStyle w:val="TableGrid"/>
        <w:tblW w:w="0" w:type="auto"/>
        <w:tblInd w:w="38" w:type="dxa"/>
        <w:tblLook w:val="04A0" w:firstRow="1" w:lastRow="0" w:firstColumn="1" w:lastColumn="0" w:noHBand="0" w:noVBand="1"/>
      </w:tblPr>
      <w:tblGrid>
        <w:gridCol w:w="8786"/>
      </w:tblGrid>
      <w:tr w:rsidR="000B42B2" w:rsidRPr="00233747" w14:paraId="6CBE403E" w14:textId="77777777" w:rsidTr="000B42B2">
        <w:tc>
          <w:tcPr>
            <w:tcW w:w="8786" w:type="dxa"/>
          </w:tcPr>
          <w:p w14:paraId="68AE75A7" w14:textId="53F07AA0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63A23A2D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20F64DF6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072822D6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3E5B8BB2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166EDC95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4463E736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5BB49814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08A717FE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27B91B83" w14:textId="77777777" w:rsidR="00902977" w:rsidRPr="00233747" w:rsidRDefault="00902977" w:rsidP="009E4F85">
            <w:pPr>
              <w:rPr>
                <w:rFonts w:ascii="Arial" w:hAnsi="Arial" w:cs="Arial"/>
                <w:lang w:val="sl-SI"/>
              </w:rPr>
            </w:pPr>
          </w:p>
          <w:p w14:paraId="3FCEFDAF" w14:textId="77777777" w:rsidR="00902977" w:rsidRPr="00233747" w:rsidRDefault="00902977" w:rsidP="009E4F85">
            <w:pPr>
              <w:rPr>
                <w:rFonts w:ascii="Arial" w:hAnsi="Arial" w:cs="Arial"/>
                <w:lang w:val="sl-SI"/>
              </w:rPr>
            </w:pPr>
          </w:p>
          <w:p w14:paraId="5393761F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4A4DFA58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  <w:p w14:paraId="2A111779" w14:textId="77777777" w:rsidR="000B42B2" w:rsidRPr="00233747" w:rsidRDefault="000B42B2" w:rsidP="009E4F85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36A6D02D" w14:textId="77777777" w:rsidR="00902977" w:rsidRPr="00233747" w:rsidRDefault="00902977" w:rsidP="009D2D0D">
      <w:pPr>
        <w:rPr>
          <w:rFonts w:ascii="Arial" w:hAnsi="Arial" w:cs="Arial"/>
          <w:b/>
          <w:bCs/>
          <w:lang w:val="sl-SI"/>
        </w:rPr>
      </w:pPr>
    </w:p>
    <w:p w14:paraId="1AAFC241" w14:textId="2FB364BF" w:rsidR="009D2D0D" w:rsidRPr="00233747" w:rsidRDefault="009D2D0D" w:rsidP="00902977">
      <w:pPr>
        <w:spacing w:after="0"/>
        <w:rPr>
          <w:rFonts w:ascii="Arial" w:hAnsi="Arial" w:cs="Arial"/>
          <w:b/>
          <w:bCs/>
          <w:sz w:val="24"/>
          <w:szCs w:val="24"/>
          <w:lang w:val="sl-SI"/>
        </w:rPr>
      </w:pPr>
      <w:r w:rsidRPr="00233747">
        <w:rPr>
          <w:rFonts w:ascii="Arial" w:hAnsi="Arial" w:cs="Arial"/>
          <w:b/>
          <w:bCs/>
          <w:sz w:val="24"/>
          <w:szCs w:val="24"/>
          <w:lang w:val="sl-SI"/>
        </w:rPr>
        <w:t>3. Osnovni podatki o projektu</w:t>
      </w:r>
    </w:p>
    <w:p w14:paraId="03E26D89" w14:textId="497470F1" w:rsidR="009D2D0D" w:rsidRPr="00233747" w:rsidRDefault="009D2D0D" w:rsidP="00902977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Ali je bil projekt izveden v skladu z načrtom (označi) </w:t>
      </w:r>
      <w:sdt>
        <w:sdtPr>
          <w:rPr>
            <w:rFonts w:ascii="Arial" w:hAnsi="Arial" w:cs="Arial"/>
            <w:lang w:val="sl-SI"/>
          </w:rPr>
          <w:id w:val="466562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3CE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Pr="00233747">
        <w:rPr>
          <w:rFonts w:ascii="Arial" w:hAnsi="Arial" w:cs="Arial"/>
          <w:lang w:val="sl-SI"/>
        </w:rPr>
        <w:t xml:space="preserve">DA </w:t>
      </w:r>
      <w:sdt>
        <w:sdtPr>
          <w:rPr>
            <w:rFonts w:ascii="Arial" w:hAnsi="Arial" w:cs="Arial"/>
            <w:lang w:val="sl-SI"/>
          </w:rPr>
          <w:id w:val="2104454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Pr="00233747">
        <w:rPr>
          <w:rFonts w:ascii="Arial" w:hAnsi="Arial" w:cs="Arial"/>
          <w:lang w:val="sl-SI"/>
        </w:rPr>
        <w:t xml:space="preserve">DELNO </w:t>
      </w:r>
      <w:sdt>
        <w:sdtPr>
          <w:rPr>
            <w:rFonts w:ascii="Arial" w:hAnsi="Arial" w:cs="Arial"/>
            <w:lang w:val="sl-SI"/>
          </w:rPr>
          <w:id w:val="1987040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Pr="00233747">
        <w:rPr>
          <w:rFonts w:ascii="Arial" w:hAnsi="Arial" w:cs="Arial"/>
          <w:lang w:val="sl-SI"/>
        </w:rPr>
        <w:t xml:space="preserve">NE </w:t>
      </w:r>
    </w:p>
    <w:p w14:paraId="211680FA" w14:textId="536B3023" w:rsidR="009D2D0D" w:rsidRPr="00233747" w:rsidRDefault="009D2D0D" w:rsidP="009D2D0D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>Opišite morebitna odstopanja in razloge:</w:t>
      </w:r>
      <w:r w:rsidR="00557AFE" w:rsidRPr="00233747">
        <w:rPr>
          <w:rFonts w:ascii="Arial" w:hAnsi="Arial" w:cs="Arial"/>
          <w:lang w:val="sl-SI"/>
        </w:rPr>
        <w:t xml:space="preserve"> </w:t>
      </w:r>
    </w:p>
    <w:p w14:paraId="7CBA5F84" w14:textId="4B9D37CC" w:rsidR="009D2D0D" w:rsidRPr="00233747" w:rsidRDefault="009D2D0D" w:rsidP="00902977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>Doseženi rezultati:</w:t>
      </w:r>
      <w:r w:rsidR="000B42B2" w:rsidRPr="00233747">
        <w:rPr>
          <w:rFonts w:ascii="Arial" w:hAnsi="Arial" w:cs="Arial"/>
          <w:lang w:val="sl-SI"/>
        </w:rPr>
        <w:t xml:space="preserve"> (npr. število koncertov, publika, odzivi medijev, nove priložnosti, partnerstva):</w:t>
      </w:r>
      <w:r w:rsidR="00902977" w:rsidRPr="00233747">
        <w:rPr>
          <w:rFonts w:ascii="Arial" w:hAnsi="Arial" w:cs="Arial"/>
          <w:lang w:val="sl-SI"/>
        </w:rPr>
        <w:t xml:space="preserve"> </w:t>
      </w:r>
    </w:p>
    <w:p w14:paraId="3A11A002" w14:textId="77777777" w:rsidR="00902977" w:rsidRPr="00233747" w:rsidRDefault="00902977">
      <w:pPr>
        <w:rPr>
          <w:rFonts w:ascii="Arial" w:hAnsi="Arial" w:cs="Arial"/>
          <w:b/>
          <w:bCs/>
          <w:lang w:val="sl-SI"/>
        </w:rPr>
      </w:pPr>
    </w:p>
    <w:p w14:paraId="523DC8F3" w14:textId="77777777" w:rsidR="00902977" w:rsidRPr="00233747" w:rsidRDefault="00902977">
      <w:pPr>
        <w:rPr>
          <w:rFonts w:ascii="Arial" w:hAnsi="Arial" w:cs="Arial"/>
          <w:b/>
          <w:bCs/>
          <w:lang w:val="sl-SI"/>
        </w:rPr>
      </w:pPr>
    </w:p>
    <w:p w14:paraId="0E5D82C0" w14:textId="5915F2D4" w:rsidR="009D2D0D" w:rsidRPr="00233747" w:rsidRDefault="009D2D0D">
      <w:pPr>
        <w:rPr>
          <w:rFonts w:ascii="Arial" w:hAnsi="Arial" w:cs="Arial"/>
          <w:b/>
          <w:bCs/>
          <w:sz w:val="24"/>
          <w:szCs w:val="24"/>
          <w:lang w:val="sl-SI"/>
        </w:rPr>
      </w:pPr>
      <w:r w:rsidRPr="00233747">
        <w:rPr>
          <w:rFonts w:ascii="Arial" w:hAnsi="Arial" w:cs="Arial"/>
          <w:b/>
          <w:bCs/>
          <w:sz w:val="24"/>
          <w:szCs w:val="24"/>
          <w:lang w:val="sl-SI"/>
        </w:rPr>
        <w:t xml:space="preserve">4. Finančno poročilo </w:t>
      </w:r>
    </w:p>
    <w:p w14:paraId="4BCE8ED0" w14:textId="2125CB83" w:rsidR="00A97212" w:rsidRPr="00233747" w:rsidRDefault="000B42B2">
      <w:pPr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(navedite dejanske stroške, priložite kopije računov </w:t>
      </w:r>
      <w:r w:rsidR="00277011" w:rsidRPr="00233747">
        <w:rPr>
          <w:rFonts w:ascii="Arial" w:hAnsi="Arial" w:cs="Arial"/>
          <w:lang w:val="sl-SI"/>
        </w:rPr>
        <w:t>oz.</w:t>
      </w:r>
      <w:r w:rsidRPr="00233747">
        <w:rPr>
          <w:rFonts w:ascii="Arial" w:hAnsi="Arial" w:cs="Arial"/>
          <w:lang w:val="sl-SI"/>
        </w:rPr>
        <w:t xml:space="preserve"> dokazil o plačilih)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3"/>
        <w:gridCol w:w="2039"/>
        <w:gridCol w:w="1330"/>
        <w:gridCol w:w="1701"/>
      </w:tblGrid>
      <w:tr w:rsidR="009C2E8F" w:rsidRPr="00233747" w14:paraId="56BC3B88" w14:textId="77777777" w:rsidTr="007B3CC9">
        <w:trPr>
          <w:jc w:val="center"/>
        </w:trPr>
        <w:tc>
          <w:tcPr>
            <w:tcW w:w="2903" w:type="dxa"/>
            <w:shd w:val="clear" w:color="auto" w:fill="F2DBDB" w:themeFill="accent2" w:themeFillTint="33"/>
            <w:vAlign w:val="center"/>
          </w:tcPr>
          <w:p w14:paraId="429AEE9F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b/>
                <w:bCs/>
                <w:lang w:val="sl-SI"/>
              </w:rPr>
            </w:pPr>
            <w:r w:rsidRPr="00233747">
              <w:rPr>
                <w:rFonts w:ascii="Arial" w:hAnsi="Arial" w:cs="Arial"/>
                <w:b/>
                <w:bCs/>
                <w:lang w:val="sl-SI"/>
              </w:rPr>
              <w:t>Vrsta stroška</w:t>
            </w:r>
          </w:p>
        </w:tc>
        <w:tc>
          <w:tcPr>
            <w:tcW w:w="2039" w:type="dxa"/>
            <w:shd w:val="clear" w:color="auto" w:fill="F2DBDB" w:themeFill="accent2" w:themeFillTint="33"/>
            <w:vAlign w:val="center"/>
          </w:tcPr>
          <w:p w14:paraId="4CC12357" w14:textId="57B67806" w:rsidR="009C2E8F" w:rsidRPr="00233747" w:rsidRDefault="003532E4" w:rsidP="00DC1816">
            <w:pPr>
              <w:spacing w:after="120" w:line="240" w:lineRule="auto"/>
              <w:rPr>
                <w:rFonts w:ascii="Arial" w:hAnsi="Arial" w:cs="Arial"/>
                <w:b/>
                <w:bCs/>
              </w:rPr>
            </w:pPr>
            <w:r w:rsidRPr="00233747">
              <w:rPr>
                <w:rFonts w:ascii="Arial" w:hAnsi="Arial" w:cs="Arial"/>
                <w:b/>
                <w:bCs/>
                <w:lang w:val="sl-SI"/>
              </w:rPr>
              <w:t>Opis</w:t>
            </w:r>
          </w:p>
        </w:tc>
        <w:tc>
          <w:tcPr>
            <w:tcW w:w="1330" w:type="dxa"/>
            <w:shd w:val="clear" w:color="auto" w:fill="F2DBDB" w:themeFill="accent2" w:themeFillTint="33"/>
            <w:vAlign w:val="center"/>
          </w:tcPr>
          <w:p w14:paraId="40B0503C" w14:textId="289E236C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b/>
                <w:bCs/>
                <w:lang w:val="sl-SI"/>
              </w:rPr>
            </w:pPr>
            <w:r w:rsidRPr="00233747">
              <w:rPr>
                <w:rFonts w:ascii="Arial" w:hAnsi="Arial" w:cs="Arial"/>
                <w:b/>
                <w:bCs/>
                <w:lang w:val="sl-SI"/>
              </w:rPr>
              <w:t>Znesek (€)</w:t>
            </w:r>
          </w:p>
        </w:tc>
        <w:tc>
          <w:tcPr>
            <w:tcW w:w="1701" w:type="dxa"/>
            <w:shd w:val="clear" w:color="auto" w:fill="F2DBDB" w:themeFill="accent2" w:themeFillTint="33"/>
            <w:vAlign w:val="center"/>
          </w:tcPr>
          <w:p w14:paraId="4702EFF4" w14:textId="430F1A35" w:rsidR="009C2E8F" w:rsidRPr="00233747" w:rsidRDefault="006D011B" w:rsidP="00DC1816">
            <w:pPr>
              <w:spacing w:after="120" w:line="240" w:lineRule="auto"/>
              <w:rPr>
                <w:rFonts w:ascii="Arial" w:hAnsi="Arial" w:cs="Arial"/>
                <w:b/>
                <w:bCs/>
                <w:lang w:val="sl-SI"/>
              </w:rPr>
            </w:pPr>
            <w:r w:rsidRPr="00233747">
              <w:rPr>
                <w:rFonts w:ascii="Arial" w:hAnsi="Arial" w:cs="Arial"/>
                <w:b/>
                <w:bCs/>
                <w:lang w:val="sl-SI"/>
              </w:rPr>
              <w:t>Odobren znesek</w:t>
            </w:r>
            <w:r w:rsidR="002F7572" w:rsidRPr="00233747">
              <w:rPr>
                <w:rFonts w:ascii="Arial" w:hAnsi="Arial" w:cs="Arial"/>
                <w:b/>
                <w:bCs/>
                <w:lang w:val="sl-SI"/>
              </w:rPr>
              <w:t xml:space="preserve"> MS (€)</w:t>
            </w:r>
          </w:p>
        </w:tc>
      </w:tr>
      <w:tr w:rsidR="009C2E8F" w:rsidRPr="00233747" w14:paraId="6781492C" w14:textId="77777777" w:rsidTr="007B3CC9">
        <w:trPr>
          <w:jc w:val="center"/>
        </w:trPr>
        <w:tc>
          <w:tcPr>
            <w:tcW w:w="2903" w:type="dxa"/>
            <w:vAlign w:val="center"/>
          </w:tcPr>
          <w:p w14:paraId="0E44ACB9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  <w:r w:rsidRPr="00233747">
              <w:rPr>
                <w:rFonts w:ascii="Arial" w:hAnsi="Arial" w:cs="Arial"/>
                <w:lang w:val="sl-SI"/>
              </w:rPr>
              <w:t>Potni stroški</w:t>
            </w:r>
          </w:p>
        </w:tc>
        <w:tc>
          <w:tcPr>
            <w:tcW w:w="2039" w:type="dxa"/>
            <w:vAlign w:val="center"/>
          </w:tcPr>
          <w:p w14:paraId="7BA2E04A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330" w:type="dxa"/>
            <w:vAlign w:val="center"/>
          </w:tcPr>
          <w:p w14:paraId="75491DAB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vAlign w:val="center"/>
          </w:tcPr>
          <w:p w14:paraId="1104280E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</w:tr>
      <w:tr w:rsidR="009C2E8F" w:rsidRPr="00233747" w14:paraId="76A732D4" w14:textId="77777777" w:rsidTr="007B3CC9">
        <w:trPr>
          <w:jc w:val="center"/>
        </w:trPr>
        <w:tc>
          <w:tcPr>
            <w:tcW w:w="2903" w:type="dxa"/>
            <w:vAlign w:val="center"/>
          </w:tcPr>
          <w:p w14:paraId="65E0FDA4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  <w:r w:rsidRPr="00233747">
              <w:rPr>
                <w:rFonts w:ascii="Arial" w:hAnsi="Arial" w:cs="Arial"/>
                <w:lang w:val="sl-SI"/>
              </w:rPr>
              <w:t>Namestitev</w:t>
            </w:r>
          </w:p>
        </w:tc>
        <w:tc>
          <w:tcPr>
            <w:tcW w:w="2039" w:type="dxa"/>
            <w:vAlign w:val="center"/>
          </w:tcPr>
          <w:p w14:paraId="036F628F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330" w:type="dxa"/>
            <w:vAlign w:val="center"/>
          </w:tcPr>
          <w:p w14:paraId="1470682D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vAlign w:val="center"/>
          </w:tcPr>
          <w:p w14:paraId="3759448A" w14:textId="77777777" w:rsidR="009C2E8F" w:rsidRPr="00233747" w:rsidRDefault="009C2E8F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</w:tr>
      <w:tr w:rsidR="007B3CC9" w:rsidRPr="00233747" w14:paraId="0F5BA0B9" w14:textId="77777777" w:rsidTr="007B3CC9">
        <w:trPr>
          <w:jc w:val="center"/>
        </w:trPr>
        <w:tc>
          <w:tcPr>
            <w:tcW w:w="2903" w:type="dxa"/>
            <w:vAlign w:val="center"/>
          </w:tcPr>
          <w:p w14:paraId="0755E0E9" w14:textId="7A088565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  <w:r w:rsidRPr="00233747">
              <w:rPr>
                <w:rFonts w:ascii="Arial" w:hAnsi="Arial" w:cs="Arial"/>
                <w:lang w:val="sl-SI"/>
              </w:rPr>
              <w:t>Honorar izvajalcev</w:t>
            </w:r>
          </w:p>
        </w:tc>
        <w:tc>
          <w:tcPr>
            <w:tcW w:w="2039" w:type="dxa"/>
            <w:vAlign w:val="center"/>
          </w:tcPr>
          <w:p w14:paraId="04A201B9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330" w:type="dxa"/>
            <w:vAlign w:val="center"/>
          </w:tcPr>
          <w:p w14:paraId="72F6D0F6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vAlign w:val="center"/>
          </w:tcPr>
          <w:p w14:paraId="01BB73F1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</w:tr>
      <w:tr w:rsidR="007B3CC9" w:rsidRPr="00233747" w14:paraId="5F36E934" w14:textId="77777777" w:rsidTr="007B3CC9">
        <w:trPr>
          <w:jc w:val="center"/>
        </w:trPr>
        <w:tc>
          <w:tcPr>
            <w:tcW w:w="2903" w:type="dxa"/>
            <w:vAlign w:val="center"/>
          </w:tcPr>
          <w:p w14:paraId="49318737" w14:textId="78D058DD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  <w:r w:rsidRPr="00233747">
              <w:rPr>
                <w:rFonts w:ascii="Arial" w:hAnsi="Arial" w:cs="Arial"/>
                <w:lang w:val="sl-SI"/>
              </w:rPr>
              <w:t>Vizumi / dovoljenja / carnet</w:t>
            </w:r>
          </w:p>
        </w:tc>
        <w:tc>
          <w:tcPr>
            <w:tcW w:w="2039" w:type="dxa"/>
            <w:vAlign w:val="center"/>
          </w:tcPr>
          <w:p w14:paraId="0C1D27B1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330" w:type="dxa"/>
            <w:vAlign w:val="center"/>
          </w:tcPr>
          <w:p w14:paraId="6FF8D0A6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vAlign w:val="center"/>
          </w:tcPr>
          <w:p w14:paraId="376956E2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</w:tr>
      <w:tr w:rsidR="007B3CC9" w:rsidRPr="00233747" w14:paraId="36752265" w14:textId="77777777" w:rsidTr="007B3CC9">
        <w:trPr>
          <w:jc w:val="center"/>
        </w:trPr>
        <w:tc>
          <w:tcPr>
            <w:tcW w:w="2903" w:type="dxa"/>
            <w:vAlign w:val="center"/>
          </w:tcPr>
          <w:p w14:paraId="589D4635" w14:textId="27D32BBB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  <w:r w:rsidRPr="00233747">
              <w:rPr>
                <w:rFonts w:ascii="Arial" w:hAnsi="Arial" w:cs="Arial"/>
                <w:lang w:val="sl-SI"/>
              </w:rPr>
              <w:t>Promocija / PR</w:t>
            </w:r>
          </w:p>
        </w:tc>
        <w:tc>
          <w:tcPr>
            <w:tcW w:w="2039" w:type="dxa"/>
            <w:vAlign w:val="center"/>
          </w:tcPr>
          <w:p w14:paraId="249B42B0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330" w:type="dxa"/>
            <w:vAlign w:val="center"/>
          </w:tcPr>
          <w:p w14:paraId="60F80AB9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vAlign w:val="center"/>
          </w:tcPr>
          <w:p w14:paraId="26C0331A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</w:tr>
      <w:tr w:rsidR="007B3CC9" w:rsidRPr="00233747" w14:paraId="2A7BAB64" w14:textId="77777777" w:rsidTr="007B3CC9">
        <w:trPr>
          <w:jc w:val="center"/>
        </w:trPr>
        <w:tc>
          <w:tcPr>
            <w:tcW w:w="2903" w:type="dxa"/>
            <w:vAlign w:val="center"/>
          </w:tcPr>
          <w:p w14:paraId="46B54E23" w14:textId="47F1A2E6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  <w:r w:rsidRPr="00233747">
              <w:rPr>
                <w:rFonts w:ascii="Arial" w:hAnsi="Arial" w:cs="Arial"/>
                <w:lang w:val="sl-SI"/>
              </w:rPr>
              <w:t>Drugo</w:t>
            </w:r>
          </w:p>
        </w:tc>
        <w:tc>
          <w:tcPr>
            <w:tcW w:w="2039" w:type="dxa"/>
            <w:vAlign w:val="center"/>
          </w:tcPr>
          <w:p w14:paraId="34837F90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330" w:type="dxa"/>
            <w:vAlign w:val="center"/>
          </w:tcPr>
          <w:p w14:paraId="2407158C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vAlign w:val="center"/>
          </w:tcPr>
          <w:p w14:paraId="3ED27267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</w:tr>
      <w:tr w:rsidR="007B3CC9" w:rsidRPr="00233747" w14:paraId="1154597A" w14:textId="77777777" w:rsidTr="007B3CC9">
        <w:trPr>
          <w:jc w:val="center"/>
        </w:trPr>
        <w:tc>
          <w:tcPr>
            <w:tcW w:w="2903" w:type="dxa"/>
            <w:vAlign w:val="center"/>
          </w:tcPr>
          <w:p w14:paraId="656AEA3A" w14:textId="408D9466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  <w:r w:rsidRPr="00233747">
              <w:rPr>
                <w:rFonts w:ascii="Arial" w:hAnsi="Arial" w:cs="Arial"/>
                <w:b/>
                <w:bCs/>
                <w:lang w:val="sl-SI"/>
              </w:rPr>
              <w:t>SKUPAJ</w:t>
            </w:r>
          </w:p>
        </w:tc>
        <w:tc>
          <w:tcPr>
            <w:tcW w:w="2039" w:type="dxa"/>
            <w:vAlign w:val="center"/>
          </w:tcPr>
          <w:p w14:paraId="51A8972C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330" w:type="dxa"/>
            <w:vAlign w:val="center"/>
          </w:tcPr>
          <w:p w14:paraId="15B8DFD7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  <w:tc>
          <w:tcPr>
            <w:tcW w:w="1701" w:type="dxa"/>
            <w:vAlign w:val="center"/>
          </w:tcPr>
          <w:p w14:paraId="706FEFED" w14:textId="77777777" w:rsidR="007B3CC9" w:rsidRPr="00233747" w:rsidRDefault="007B3CC9" w:rsidP="00DC1816">
            <w:pPr>
              <w:spacing w:after="120" w:line="240" w:lineRule="auto"/>
              <w:rPr>
                <w:rFonts w:ascii="Arial" w:hAnsi="Arial" w:cs="Arial"/>
                <w:lang w:val="sl-SI"/>
              </w:rPr>
            </w:pPr>
          </w:p>
        </w:tc>
      </w:tr>
    </w:tbl>
    <w:p w14:paraId="7B522A23" w14:textId="77777777" w:rsidR="003D52ED" w:rsidRPr="00233747" w:rsidRDefault="003D52ED" w:rsidP="003D52ED">
      <w:pPr>
        <w:rPr>
          <w:rFonts w:ascii="Arial" w:hAnsi="Arial" w:cs="Arial"/>
          <w:b/>
          <w:bCs/>
          <w:sz w:val="28"/>
          <w:szCs w:val="28"/>
          <w:lang w:val="sl-SI"/>
        </w:rPr>
      </w:pPr>
    </w:p>
    <w:p w14:paraId="65EB7B12" w14:textId="45FDACEA" w:rsidR="006430EB" w:rsidRPr="00233747" w:rsidRDefault="003D52ED" w:rsidP="003D52ED">
      <w:pPr>
        <w:rPr>
          <w:rFonts w:ascii="Arial" w:hAnsi="Arial" w:cs="Arial"/>
          <w:b/>
          <w:bCs/>
          <w:sz w:val="24"/>
          <w:szCs w:val="24"/>
          <w:lang w:val="sl-SI"/>
        </w:rPr>
      </w:pPr>
      <w:r w:rsidRPr="00233747">
        <w:rPr>
          <w:rFonts w:ascii="Arial" w:hAnsi="Arial" w:cs="Arial"/>
          <w:b/>
          <w:bCs/>
          <w:sz w:val="24"/>
          <w:szCs w:val="24"/>
          <w:lang w:val="sl-SI"/>
        </w:rPr>
        <w:t xml:space="preserve">5. </w:t>
      </w:r>
      <w:r w:rsidR="000B42B2" w:rsidRPr="00233747">
        <w:rPr>
          <w:rFonts w:ascii="Arial" w:hAnsi="Arial" w:cs="Arial"/>
          <w:b/>
          <w:bCs/>
          <w:sz w:val="24"/>
          <w:szCs w:val="24"/>
          <w:lang w:val="sl-SI"/>
        </w:rPr>
        <w:t>Poročilo o komunikaciji in promociji</w:t>
      </w:r>
    </w:p>
    <w:p w14:paraId="15DD4665" w14:textId="0041651B" w:rsidR="006430EB" w:rsidRPr="00233747" w:rsidRDefault="000B42B2" w:rsidP="001A3D59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>Naštejte medijske objave, intervjuje, recenzije, ali navedite povezave:</w:t>
      </w:r>
    </w:p>
    <w:p w14:paraId="6970A419" w14:textId="77777777" w:rsidR="00C25FDA" w:rsidRPr="00233747" w:rsidRDefault="00C25FDA" w:rsidP="001A3D59">
      <w:pPr>
        <w:spacing w:after="0"/>
        <w:rPr>
          <w:rFonts w:ascii="Arial" w:hAnsi="Arial" w:cs="Arial"/>
          <w:lang w:val="sl-SI"/>
        </w:rPr>
      </w:pPr>
    </w:p>
    <w:p w14:paraId="329A4197" w14:textId="69CB08C9" w:rsidR="001A3D59" w:rsidRPr="00233747" w:rsidRDefault="000B42B2" w:rsidP="001A3D59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Promocijski materiali (plakati, objave na družbenih omrežjih, spletne strani, fotografije, videi): </w:t>
      </w:r>
      <w:sdt>
        <w:sdtPr>
          <w:rPr>
            <w:rFonts w:ascii="Arial" w:hAnsi="Arial" w:cs="Arial"/>
            <w:lang w:val="sl-SI"/>
          </w:rPr>
          <w:id w:val="-1260903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C25FDA" w:rsidRPr="00233747">
        <w:rPr>
          <w:rFonts w:ascii="Arial" w:hAnsi="Arial" w:cs="Arial"/>
          <w:lang w:val="sl-SI"/>
        </w:rPr>
        <w:t>priloženo k poročilu</w:t>
      </w:r>
    </w:p>
    <w:p w14:paraId="3A59B136" w14:textId="77777777" w:rsidR="00C25FDA" w:rsidRPr="00233747" w:rsidRDefault="00C25FDA" w:rsidP="001A3D59">
      <w:pPr>
        <w:spacing w:after="0"/>
        <w:rPr>
          <w:rFonts w:ascii="Arial" w:hAnsi="Arial" w:cs="Arial"/>
          <w:lang w:val="sl-SI"/>
        </w:rPr>
      </w:pPr>
    </w:p>
    <w:p w14:paraId="0D128551" w14:textId="77777777" w:rsidR="00B34D75" w:rsidRPr="00233747" w:rsidRDefault="000B42B2" w:rsidP="001A3D59">
      <w:pPr>
        <w:spacing w:after="0"/>
        <w:rPr>
          <w:rFonts w:ascii="Arial" w:hAnsi="Arial" w:cs="Arial"/>
          <w:lang w:val="sl-SI"/>
        </w:rPr>
      </w:pPr>
      <w:r w:rsidRPr="00233747">
        <w:rPr>
          <w:rFonts w:ascii="Arial" w:hAnsi="Arial" w:cs="Arial"/>
          <w:lang w:val="sl-SI"/>
        </w:rPr>
        <w:t xml:space="preserve">Družbena omrežja, na katerih je bila objava: </w:t>
      </w:r>
    </w:p>
    <w:p w14:paraId="55901EE7" w14:textId="2529AE0E" w:rsidR="001642F2" w:rsidRPr="00233747" w:rsidRDefault="00000000" w:rsidP="00B34D75">
      <w:pPr>
        <w:spacing w:after="0"/>
        <w:rPr>
          <w:rFonts w:ascii="Arial" w:hAnsi="Arial" w:cs="Arial"/>
          <w:lang w:val="sl-SI"/>
        </w:rPr>
      </w:pPr>
      <w:sdt>
        <w:sdtPr>
          <w:rPr>
            <w:rFonts w:ascii="Arial" w:hAnsi="Arial" w:cs="Arial"/>
            <w:lang w:val="sl-SI"/>
          </w:rPr>
          <w:id w:val="-1059161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 xml:space="preserve">Facebook </w:t>
      </w:r>
      <w:sdt>
        <w:sdtPr>
          <w:rPr>
            <w:rFonts w:ascii="Arial" w:hAnsi="Arial" w:cs="Arial"/>
            <w:lang w:val="sl-SI"/>
          </w:rPr>
          <w:id w:val="-853030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 xml:space="preserve">Instagram </w:t>
      </w:r>
      <w:sdt>
        <w:sdtPr>
          <w:rPr>
            <w:rFonts w:ascii="Arial" w:hAnsi="Arial" w:cs="Arial"/>
            <w:lang w:val="sl-SI"/>
          </w:rPr>
          <w:id w:val="753627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 xml:space="preserve">YouTube </w:t>
      </w:r>
      <w:sdt>
        <w:sdtPr>
          <w:rPr>
            <w:rFonts w:ascii="Arial" w:hAnsi="Arial" w:cs="Arial"/>
            <w:lang w:val="sl-SI"/>
          </w:rPr>
          <w:id w:val="-1950625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 xml:space="preserve">TikTok </w:t>
      </w:r>
      <w:sdt>
        <w:sdtPr>
          <w:rPr>
            <w:rFonts w:ascii="Arial" w:hAnsi="Arial" w:cs="Arial"/>
            <w:lang w:val="sl-SI"/>
          </w:rPr>
          <w:id w:val="-1038274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>Drugo:</w:t>
      </w:r>
    </w:p>
    <w:p w14:paraId="3E954631" w14:textId="77777777" w:rsidR="00B34D75" w:rsidRPr="00233747" w:rsidRDefault="00B34D75" w:rsidP="00B34D75">
      <w:pPr>
        <w:spacing w:after="0"/>
        <w:rPr>
          <w:rFonts w:ascii="Arial" w:hAnsi="Arial" w:cs="Arial"/>
          <w:lang w:val="sl-SI"/>
        </w:rPr>
      </w:pPr>
    </w:p>
    <w:p w14:paraId="7FB20A21" w14:textId="77777777" w:rsidR="00B34D75" w:rsidRPr="00233747" w:rsidRDefault="00B34D75" w:rsidP="00B34D75">
      <w:pPr>
        <w:spacing w:after="0"/>
        <w:rPr>
          <w:rFonts w:ascii="Arial" w:hAnsi="Arial" w:cs="Arial"/>
          <w:sz w:val="24"/>
          <w:szCs w:val="24"/>
          <w:lang w:val="sl-SI"/>
        </w:rPr>
      </w:pPr>
    </w:p>
    <w:p w14:paraId="777A51FE" w14:textId="62B0A0CB" w:rsidR="001642F2" w:rsidRPr="00233747" w:rsidRDefault="001642F2">
      <w:pPr>
        <w:rPr>
          <w:rFonts w:ascii="Arial" w:hAnsi="Arial" w:cs="Arial"/>
          <w:b/>
          <w:bCs/>
          <w:sz w:val="24"/>
          <w:szCs w:val="24"/>
          <w:lang w:val="sl-SI"/>
        </w:rPr>
      </w:pPr>
      <w:r w:rsidRPr="00233747">
        <w:rPr>
          <w:rFonts w:ascii="Arial" w:hAnsi="Arial" w:cs="Arial"/>
          <w:b/>
          <w:bCs/>
          <w:sz w:val="24"/>
          <w:szCs w:val="24"/>
          <w:lang w:val="sl-SI"/>
        </w:rPr>
        <w:t>6. Priloge</w:t>
      </w:r>
    </w:p>
    <w:p w14:paraId="7FD17B21" w14:textId="2B0EE186" w:rsidR="006430EB" w:rsidRPr="00233747" w:rsidRDefault="00000000">
      <w:pPr>
        <w:rPr>
          <w:rFonts w:ascii="Arial" w:hAnsi="Arial" w:cs="Arial"/>
          <w:lang w:val="sl-SI"/>
        </w:rPr>
      </w:pPr>
      <w:sdt>
        <w:sdtPr>
          <w:rPr>
            <w:rFonts w:ascii="Arial" w:hAnsi="Arial" w:cs="Arial"/>
            <w:lang w:val="sl-SI"/>
          </w:rPr>
          <w:id w:val="-693926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3747">
            <w:rPr>
              <w:rFonts w:ascii="MS Gothic" w:eastAsia="MS Gothic" w:hAnsi="MS Gothic" w:cs="Arial" w:hint="eastAsia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>Kopije računov in dokazil o plačilih</w:t>
      </w:r>
    </w:p>
    <w:p w14:paraId="226D9534" w14:textId="77EDED21" w:rsidR="006430EB" w:rsidRPr="00233747" w:rsidRDefault="00000000">
      <w:pPr>
        <w:rPr>
          <w:rFonts w:ascii="Arial" w:hAnsi="Arial" w:cs="Arial"/>
          <w:lang w:val="sl-SI"/>
        </w:rPr>
      </w:pPr>
      <w:sdt>
        <w:sdtPr>
          <w:rPr>
            <w:rFonts w:ascii="Arial" w:hAnsi="Arial" w:cs="Arial"/>
            <w:lang w:val="sl-SI"/>
          </w:rPr>
          <w:id w:val="-85048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5167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 xml:space="preserve">Fotografije / </w:t>
      </w:r>
      <w:r w:rsidR="00E82669" w:rsidRPr="00233747">
        <w:rPr>
          <w:rFonts w:ascii="Arial" w:hAnsi="Arial" w:cs="Arial"/>
          <w:lang w:val="sl-SI"/>
        </w:rPr>
        <w:t>videi</w:t>
      </w:r>
    </w:p>
    <w:p w14:paraId="0C6D4D1B" w14:textId="4A1D0DCE" w:rsidR="001642F2" w:rsidRPr="00233747" w:rsidRDefault="00000000">
      <w:pPr>
        <w:rPr>
          <w:rFonts w:ascii="Arial" w:hAnsi="Arial" w:cs="Arial"/>
          <w:lang w:val="sl-SI"/>
        </w:rPr>
      </w:pPr>
      <w:sdt>
        <w:sdtPr>
          <w:rPr>
            <w:rFonts w:ascii="Arial" w:hAnsi="Arial" w:cs="Arial"/>
            <w:lang w:val="sl-SI"/>
          </w:rPr>
          <w:id w:val="-1498257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7AFE" w:rsidRPr="00233747">
            <w:rPr>
              <w:rFonts w:ascii="Segoe UI Symbol" w:eastAsia="MS Gothic" w:hAnsi="Segoe UI Symbol" w:cs="Segoe UI Symbol"/>
              <w:lang w:val="sl-SI"/>
            </w:rPr>
            <w:t>☐</w:t>
          </w:r>
        </w:sdtContent>
      </w:sdt>
      <w:r w:rsidR="00557AFE" w:rsidRPr="00233747">
        <w:rPr>
          <w:rFonts w:ascii="Arial" w:hAnsi="Arial" w:cs="Arial"/>
          <w:lang w:val="sl-SI"/>
        </w:rPr>
        <w:t xml:space="preserve"> </w:t>
      </w:r>
      <w:r w:rsidR="000B42B2" w:rsidRPr="00233747">
        <w:rPr>
          <w:rFonts w:ascii="Arial" w:hAnsi="Arial" w:cs="Arial"/>
          <w:lang w:val="sl-SI"/>
        </w:rPr>
        <w:t>Kopije medijskih objav ali povezave</w:t>
      </w:r>
    </w:p>
    <w:p w14:paraId="33867EB7" w14:textId="77777777" w:rsidR="00902977" w:rsidRPr="00233747" w:rsidRDefault="00902977">
      <w:pPr>
        <w:rPr>
          <w:rFonts w:ascii="Arial" w:hAnsi="Arial" w:cs="Arial"/>
          <w:lang w:val="sl-SI"/>
        </w:rPr>
      </w:pPr>
    </w:p>
    <w:p w14:paraId="063F31B6" w14:textId="401F50D8" w:rsidR="006430EB" w:rsidRPr="00233747" w:rsidRDefault="000B42B2">
      <w:pPr>
        <w:rPr>
          <w:rFonts w:ascii="Arial" w:hAnsi="Arial" w:cs="Arial"/>
          <w:b/>
          <w:bCs/>
          <w:lang w:val="sl-SI"/>
        </w:rPr>
      </w:pPr>
      <w:r w:rsidRPr="00233747">
        <w:rPr>
          <w:rFonts w:ascii="Arial" w:hAnsi="Arial" w:cs="Arial"/>
          <w:b/>
          <w:bCs/>
          <w:lang w:val="sl-SI"/>
        </w:rPr>
        <w:t>Datum:</w:t>
      </w:r>
    </w:p>
    <w:p w14:paraId="4162C039" w14:textId="4A818045" w:rsidR="006430EB" w:rsidRPr="00233747" w:rsidRDefault="000B42B2">
      <w:pPr>
        <w:rPr>
          <w:rFonts w:ascii="Arial" w:hAnsi="Arial" w:cs="Arial"/>
          <w:b/>
          <w:bCs/>
          <w:lang w:val="sl-SI"/>
        </w:rPr>
      </w:pPr>
      <w:r w:rsidRPr="00233747">
        <w:rPr>
          <w:rFonts w:ascii="Arial" w:hAnsi="Arial" w:cs="Arial"/>
          <w:b/>
          <w:bCs/>
          <w:lang w:val="sl-SI"/>
        </w:rPr>
        <w:t>Podpis</w:t>
      </w:r>
      <w:r w:rsidR="00557AFE" w:rsidRPr="00233747">
        <w:rPr>
          <w:rFonts w:ascii="Arial" w:hAnsi="Arial" w:cs="Arial"/>
          <w:b/>
          <w:bCs/>
          <w:lang w:val="sl-SI"/>
        </w:rPr>
        <w:t xml:space="preserve"> izvajalca projekta</w:t>
      </w:r>
      <w:r w:rsidRPr="00233747">
        <w:rPr>
          <w:rFonts w:ascii="Arial" w:hAnsi="Arial" w:cs="Arial"/>
          <w:b/>
          <w:bCs/>
          <w:lang w:val="sl-SI"/>
        </w:rPr>
        <w:t>:</w:t>
      </w:r>
    </w:p>
    <w:sectPr w:rsidR="006430EB" w:rsidRPr="00233747" w:rsidSect="009D2D0D">
      <w:footerReference w:type="default" r:id="rId10"/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A3CC0" w14:textId="77777777" w:rsidR="00C71191" w:rsidRDefault="00C71191">
      <w:pPr>
        <w:spacing w:after="0" w:line="240" w:lineRule="auto"/>
      </w:pPr>
      <w:r>
        <w:separator/>
      </w:r>
    </w:p>
  </w:endnote>
  <w:endnote w:type="continuationSeparator" w:id="0">
    <w:p w14:paraId="09001875" w14:textId="77777777" w:rsidR="00C71191" w:rsidRDefault="00C7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badi">
    <w:panose1 w:val="020B0604020104020204"/>
    <w:charset w:val="EE"/>
    <w:family w:val="swiss"/>
    <w:pitch w:val="variable"/>
    <w:sig w:usb0="8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65CD5" w14:textId="77777777" w:rsidR="009D2D0D" w:rsidRDefault="009D2D0D">
    <w:pPr>
      <w:pStyle w:val="Footer"/>
      <w:rPr>
        <w:rFonts w:ascii="Abadi" w:hAnsi="Abadi"/>
      </w:rPr>
    </w:pPr>
  </w:p>
  <w:p w14:paraId="0F2E1FE3" w14:textId="66C39E22" w:rsidR="006430EB" w:rsidRPr="009D2D0D" w:rsidRDefault="000B42B2">
    <w:pPr>
      <w:pStyle w:val="Footer"/>
      <w:rPr>
        <w:rFonts w:ascii="Abadi" w:hAnsi="Abadi"/>
      </w:rPr>
    </w:pPr>
    <w:r w:rsidRPr="009D2D0D">
      <w:rPr>
        <w:rFonts w:ascii="Abadi" w:hAnsi="Abadi"/>
      </w:rPr>
      <w:t>Music Slovenia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0ED18" w14:textId="77777777" w:rsidR="00C71191" w:rsidRDefault="00C71191">
      <w:pPr>
        <w:spacing w:after="0" w:line="240" w:lineRule="auto"/>
      </w:pPr>
      <w:r>
        <w:separator/>
      </w:r>
    </w:p>
  </w:footnote>
  <w:footnote w:type="continuationSeparator" w:id="0">
    <w:p w14:paraId="59ABF371" w14:textId="77777777" w:rsidR="00C71191" w:rsidRDefault="00C71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8703888">
    <w:abstractNumId w:val="8"/>
  </w:num>
  <w:num w:numId="2" w16cid:durableId="774054228">
    <w:abstractNumId w:val="6"/>
  </w:num>
  <w:num w:numId="3" w16cid:durableId="597644337">
    <w:abstractNumId w:val="5"/>
  </w:num>
  <w:num w:numId="4" w16cid:durableId="1481967488">
    <w:abstractNumId w:val="4"/>
  </w:num>
  <w:num w:numId="5" w16cid:durableId="1312713610">
    <w:abstractNumId w:val="7"/>
  </w:num>
  <w:num w:numId="6" w16cid:durableId="445739295">
    <w:abstractNumId w:val="3"/>
  </w:num>
  <w:num w:numId="7" w16cid:durableId="1420105843">
    <w:abstractNumId w:val="2"/>
  </w:num>
  <w:num w:numId="8" w16cid:durableId="1172723227">
    <w:abstractNumId w:val="1"/>
  </w:num>
  <w:num w:numId="9" w16cid:durableId="202994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766"/>
    <w:rsid w:val="000B0534"/>
    <w:rsid w:val="000B42B2"/>
    <w:rsid w:val="000E36C9"/>
    <w:rsid w:val="00134316"/>
    <w:rsid w:val="0015074B"/>
    <w:rsid w:val="001642F2"/>
    <w:rsid w:val="00186F6C"/>
    <w:rsid w:val="001A3D59"/>
    <w:rsid w:val="001C3F72"/>
    <w:rsid w:val="00233747"/>
    <w:rsid w:val="00273CEE"/>
    <w:rsid w:val="00277011"/>
    <w:rsid w:val="0029639D"/>
    <w:rsid w:val="002C1F7C"/>
    <w:rsid w:val="002D1670"/>
    <w:rsid w:val="002F7572"/>
    <w:rsid w:val="00326F90"/>
    <w:rsid w:val="003532E4"/>
    <w:rsid w:val="003D52ED"/>
    <w:rsid w:val="005013A5"/>
    <w:rsid w:val="00557AFE"/>
    <w:rsid w:val="005A5D25"/>
    <w:rsid w:val="005D5E6F"/>
    <w:rsid w:val="00610C68"/>
    <w:rsid w:val="006430EB"/>
    <w:rsid w:val="00686134"/>
    <w:rsid w:val="006D011B"/>
    <w:rsid w:val="007A736E"/>
    <w:rsid w:val="007B3CC9"/>
    <w:rsid w:val="007D4ACF"/>
    <w:rsid w:val="00890419"/>
    <w:rsid w:val="00896F73"/>
    <w:rsid w:val="008A30A5"/>
    <w:rsid w:val="008C25DE"/>
    <w:rsid w:val="00902977"/>
    <w:rsid w:val="009B17C8"/>
    <w:rsid w:val="009C2E8F"/>
    <w:rsid w:val="009D2D0D"/>
    <w:rsid w:val="009E4F85"/>
    <w:rsid w:val="00A55903"/>
    <w:rsid w:val="00A97212"/>
    <w:rsid w:val="00AA1D8D"/>
    <w:rsid w:val="00B263AD"/>
    <w:rsid w:val="00B34D75"/>
    <w:rsid w:val="00B47730"/>
    <w:rsid w:val="00B77C46"/>
    <w:rsid w:val="00BA2271"/>
    <w:rsid w:val="00BC5C4F"/>
    <w:rsid w:val="00C243AA"/>
    <w:rsid w:val="00C25FDA"/>
    <w:rsid w:val="00C71191"/>
    <w:rsid w:val="00CB0664"/>
    <w:rsid w:val="00DC1816"/>
    <w:rsid w:val="00DE5167"/>
    <w:rsid w:val="00E54407"/>
    <w:rsid w:val="00E82669"/>
    <w:rsid w:val="00EC78F6"/>
    <w:rsid w:val="00F334CF"/>
    <w:rsid w:val="00F45D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30"/>
  <w15:docId w15:val="{61235C50-C081-4B28-98E9-F2364877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Manca Ogrin</cp:lastModifiedBy>
  <cp:revision>47</cp:revision>
  <cp:lastPrinted>2025-11-06T08:11:00Z</cp:lastPrinted>
  <dcterms:created xsi:type="dcterms:W3CDTF">2013-12-23T23:15:00Z</dcterms:created>
  <dcterms:modified xsi:type="dcterms:W3CDTF">2026-01-12T09:12:00Z</dcterms:modified>
  <cp:category/>
</cp:coreProperties>
</file>